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426" w:rsidRDefault="008A6426">
      <w:pPr>
        <w:spacing w:after="160" w:line="240" w:lineRule="auto"/>
        <w:rPr>
          <w:b/>
          <w:i/>
          <w:color w:val="EE0000"/>
          <w:sz w:val="25"/>
          <w:lang w:val="ru-RU"/>
        </w:rPr>
      </w:pPr>
    </w:p>
    <w:p w:rsidR="008B5E0A" w:rsidRPr="008B5E0A" w:rsidRDefault="009607FC" w:rsidP="008B5E0A">
      <w:pPr>
        <w:spacing w:after="180" w:line="259" w:lineRule="auto"/>
        <w:jc w:val="center"/>
        <w:rPr>
          <w:b/>
          <w:sz w:val="26"/>
          <w:lang w:val="ru-RU"/>
        </w:rPr>
      </w:pPr>
      <w:r w:rsidRPr="008B5E0A">
        <w:rPr>
          <w:b/>
          <w:sz w:val="26"/>
          <w:lang w:val="ru-RU"/>
        </w:rPr>
        <w:t>Всероссийский ф</w:t>
      </w:r>
      <w:r w:rsidR="00442D8D" w:rsidRPr="008B5E0A">
        <w:rPr>
          <w:b/>
          <w:sz w:val="26"/>
          <w:lang w:val="ru-RU"/>
        </w:rPr>
        <w:t xml:space="preserve">орум </w:t>
      </w:r>
      <w:r w:rsidRPr="008B5E0A">
        <w:rPr>
          <w:b/>
          <w:sz w:val="26"/>
          <w:lang w:val="ru-RU"/>
        </w:rPr>
        <w:t>«Развитие малых городов и исторических поселений»</w:t>
      </w:r>
    </w:p>
    <w:p w:rsidR="008B5E0A" w:rsidRDefault="00442D8D" w:rsidP="00CA6716">
      <w:pPr>
        <w:spacing w:after="180" w:line="259" w:lineRule="auto"/>
        <w:jc w:val="center"/>
        <w:rPr>
          <w:b/>
          <w:sz w:val="26"/>
          <w:lang w:val="ru-RU"/>
        </w:rPr>
      </w:pPr>
      <w:r>
        <w:rPr>
          <w:b/>
          <w:sz w:val="26"/>
          <w:lang w:val="ru-RU"/>
        </w:rPr>
        <w:t xml:space="preserve">Конференция </w:t>
      </w:r>
    </w:p>
    <w:p w:rsidR="00442D8D" w:rsidRDefault="00442D8D" w:rsidP="00CA6716">
      <w:pPr>
        <w:spacing w:after="180" w:line="259" w:lineRule="auto"/>
        <w:jc w:val="center"/>
        <w:rPr>
          <w:b/>
          <w:sz w:val="26"/>
          <w:lang w:val="ru-RU"/>
        </w:rPr>
      </w:pPr>
      <w:r>
        <w:rPr>
          <w:b/>
          <w:sz w:val="26"/>
          <w:lang w:val="ru-RU"/>
        </w:rPr>
        <w:t>«Развитие исторических городов и сел России»</w:t>
      </w:r>
    </w:p>
    <w:p w:rsidR="00CA6716" w:rsidRPr="00B82C73" w:rsidRDefault="00CA6716" w:rsidP="00CA6716">
      <w:pPr>
        <w:spacing w:after="180" w:line="259" w:lineRule="auto"/>
        <w:jc w:val="center"/>
        <w:rPr>
          <w:lang w:val="ru-RU"/>
        </w:rPr>
      </w:pPr>
      <w:r>
        <w:rPr>
          <w:b/>
          <w:sz w:val="26"/>
          <w:lang w:val="ru-RU"/>
        </w:rPr>
        <w:t>Совместно с заседанием Комиссии</w:t>
      </w:r>
      <w:r w:rsidRPr="00CA6716">
        <w:rPr>
          <w:b/>
          <w:sz w:val="26"/>
          <w:lang w:val="ru-RU"/>
        </w:rPr>
        <w:t xml:space="preserve"> по обеспечению эффективности архитектурно строительного проектирования</w:t>
      </w:r>
      <w:r w:rsidR="007B479A">
        <w:rPr>
          <w:b/>
          <w:sz w:val="26"/>
          <w:lang w:val="ru-RU"/>
        </w:rPr>
        <w:t xml:space="preserve"> Общественного совета при Минстрое России</w:t>
      </w:r>
      <w:r>
        <w:rPr>
          <w:b/>
          <w:sz w:val="26"/>
          <w:lang w:val="ru-RU"/>
        </w:rPr>
        <w:t>.</w:t>
      </w:r>
    </w:p>
    <w:p w:rsidR="00442D8D" w:rsidRDefault="004B012B" w:rsidP="0053272F">
      <w:pPr>
        <w:spacing w:after="0" w:line="259" w:lineRule="auto"/>
        <w:rPr>
          <w:lang w:val="ru-RU"/>
        </w:rPr>
      </w:pPr>
      <w:r>
        <w:rPr>
          <w:rFonts w:ascii="Segoe UI Emoji" w:eastAsia="Segoe UI Emoji" w:hAnsi="Segoe UI Emoji"/>
          <w:sz w:val="24"/>
        </w:rPr>
        <w:t>📍</w:t>
      </w:r>
      <w:r w:rsidRPr="00B82C73">
        <w:rPr>
          <w:b/>
          <w:lang w:val="ru-RU"/>
        </w:rPr>
        <w:t xml:space="preserve"> Место проведения: </w:t>
      </w:r>
      <w:r w:rsidRPr="00B82C73">
        <w:rPr>
          <w:lang w:val="ru-RU"/>
        </w:rPr>
        <w:t xml:space="preserve">г. Москва, </w:t>
      </w:r>
      <w:r w:rsidR="008B5E0A">
        <w:rPr>
          <w:lang w:val="ru-RU"/>
        </w:rPr>
        <w:t xml:space="preserve">АНО «Московский гуманитарно-технологический университет - Московский архитектурно-строительный институт» (МГТУ-МАСИ) </w:t>
      </w:r>
      <w:proofErr w:type="spellStart"/>
      <w:r w:rsidR="008B5E0A">
        <w:rPr>
          <w:lang w:val="ru-RU"/>
        </w:rPr>
        <w:t>г.Москва</w:t>
      </w:r>
      <w:proofErr w:type="spellEnd"/>
      <w:r w:rsidR="008B5E0A">
        <w:rPr>
          <w:lang w:val="ru-RU"/>
        </w:rPr>
        <w:t xml:space="preserve">, </w:t>
      </w:r>
      <w:r w:rsidR="008B5E0A" w:rsidRPr="0053272F">
        <w:rPr>
          <w:lang w:val="ru-RU"/>
        </w:rPr>
        <w:t>ул</w:t>
      </w:r>
      <w:r w:rsidR="0053272F" w:rsidRPr="0053272F">
        <w:rPr>
          <w:lang w:val="ru-RU"/>
        </w:rPr>
        <w:t>. Введенского 1 А</w:t>
      </w:r>
      <w:r w:rsidR="0053272F">
        <w:rPr>
          <w:lang w:val="ru-RU"/>
        </w:rPr>
        <w:t>, 7 этаж</w:t>
      </w:r>
      <w:r w:rsidR="00917935">
        <w:rPr>
          <w:lang w:val="ru-RU"/>
        </w:rPr>
        <w:t>, аудитория НОПРИЗ (7.09)</w:t>
      </w:r>
    </w:p>
    <w:p w:rsidR="00102322" w:rsidRPr="00BC14BF" w:rsidRDefault="004B012B">
      <w:pPr>
        <w:spacing w:after="0" w:line="259" w:lineRule="auto"/>
      </w:pPr>
      <w:r>
        <w:rPr>
          <w:rFonts w:ascii="Segoe UI Emoji" w:eastAsia="Segoe UI Emoji" w:hAnsi="Segoe UI Emoji"/>
          <w:sz w:val="24"/>
        </w:rPr>
        <w:t>📅</w:t>
      </w:r>
      <w:r w:rsidRPr="00B82C73">
        <w:rPr>
          <w:b/>
          <w:lang w:val="ru-RU"/>
        </w:rPr>
        <w:t xml:space="preserve"> Дата: </w:t>
      </w:r>
      <w:r w:rsidR="00442D8D">
        <w:rPr>
          <w:lang w:val="ru-RU"/>
        </w:rPr>
        <w:t>08.08</w:t>
      </w:r>
      <w:r w:rsidRPr="00B82C73">
        <w:rPr>
          <w:lang w:val="ru-RU"/>
        </w:rPr>
        <w:t xml:space="preserve">.2026 | </w:t>
      </w:r>
      <w:r w:rsidR="008B5E0A">
        <w:rPr>
          <w:lang w:val="ru-RU"/>
        </w:rPr>
        <w:t>Время: 13.00</w:t>
      </w:r>
    </w:p>
    <w:p w:rsidR="008E02C9" w:rsidRDefault="004B012B" w:rsidP="00442D8D">
      <w:pPr>
        <w:spacing w:after="0" w:line="259" w:lineRule="auto"/>
        <w:rPr>
          <w:lang w:val="ru-RU"/>
        </w:rPr>
      </w:pPr>
      <w:r>
        <w:rPr>
          <w:rFonts w:ascii="Segoe UI Emoji" w:eastAsia="Segoe UI Emoji" w:hAnsi="Segoe UI Emoji"/>
          <w:sz w:val="24"/>
        </w:rPr>
        <w:t>👥</w:t>
      </w:r>
      <w:r w:rsidRPr="00B82C73">
        <w:rPr>
          <w:b/>
          <w:lang w:val="ru-RU"/>
        </w:rPr>
        <w:t xml:space="preserve"> Участники: </w:t>
      </w:r>
      <w:r w:rsidR="00917935">
        <w:rPr>
          <w:lang w:val="ru-RU"/>
        </w:rPr>
        <w:t xml:space="preserve">представители </w:t>
      </w:r>
      <w:r w:rsidRPr="00B82C73">
        <w:rPr>
          <w:lang w:val="ru-RU"/>
        </w:rPr>
        <w:t xml:space="preserve">НОПРИЗ, </w:t>
      </w:r>
      <w:r w:rsidR="0053272F" w:rsidRPr="0053272F">
        <w:rPr>
          <w:lang w:val="ru-RU"/>
        </w:rPr>
        <w:t>Комиссии по обеспечению эффективности архитектурно строительного проектирования Общественного совета при Минстрое России</w:t>
      </w:r>
      <w:r w:rsidRPr="00B82C73">
        <w:rPr>
          <w:lang w:val="ru-RU"/>
        </w:rPr>
        <w:t xml:space="preserve">, </w:t>
      </w:r>
      <w:r w:rsidR="0053272F">
        <w:rPr>
          <w:lang w:val="ru-RU"/>
        </w:rPr>
        <w:t>Союза Архитекторов Росси</w:t>
      </w:r>
      <w:r w:rsidR="00917935">
        <w:rPr>
          <w:lang w:val="ru-RU"/>
        </w:rPr>
        <w:t xml:space="preserve">и, МГТУ-МАСИ, </w:t>
      </w:r>
      <w:r w:rsidR="00917935" w:rsidRPr="00917935">
        <w:rPr>
          <w:lang w:val="ru-RU"/>
        </w:rPr>
        <w:t>ГБУДО г. Москвы ДШИ Старт</w:t>
      </w:r>
      <w:r w:rsidR="00917935">
        <w:rPr>
          <w:lang w:val="ru-RU"/>
        </w:rPr>
        <w:t>.</w:t>
      </w:r>
    </w:p>
    <w:p w:rsidR="00917935" w:rsidRDefault="00917935" w:rsidP="00442D8D">
      <w:pPr>
        <w:spacing w:after="0" w:line="259" w:lineRule="auto"/>
        <w:rPr>
          <w:lang w:val="ru-RU"/>
        </w:rPr>
      </w:pPr>
    </w:p>
    <w:p w:rsidR="000C40C6" w:rsidRPr="008B5E0A" w:rsidRDefault="004B012B" w:rsidP="00442D8D">
      <w:pPr>
        <w:spacing w:after="0" w:line="259" w:lineRule="auto"/>
      </w:pPr>
      <w:r>
        <w:rPr>
          <w:rFonts w:ascii="Segoe UI Emoji" w:eastAsia="Segoe UI Emoji" w:hAnsi="Segoe UI Emoji"/>
          <w:sz w:val="24"/>
        </w:rPr>
        <w:t>🏛️</w:t>
      </w:r>
      <w:r w:rsidRPr="00442D8D">
        <w:rPr>
          <w:b/>
          <w:lang w:val="ru-RU"/>
        </w:rPr>
        <w:t xml:space="preserve"> Организаторы: </w:t>
      </w:r>
      <w:r w:rsidR="009607FC" w:rsidRPr="009607FC">
        <w:rPr>
          <w:lang w:val="ru-RU"/>
        </w:rPr>
        <w:t>Национальное объединение изыскателей и проектировщиков (НОПРИЗ)</w:t>
      </w:r>
    </w:p>
    <w:p w:rsidR="00442D8D" w:rsidRPr="000C40C6" w:rsidRDefault="00442D8D" w:rsidP="00442D8D">
      <w:pPr>
        <w:spacing w:after="0" w:line="259" w:lineRule="auto"/>
        <w:rPr>
          <w:lang w:val="ru-RU"/>
        </w:rPr>
      </w:pPr>
    </w:p>
    <w:p w:rsidR="00102322" w:rsidRDefault="004B012B">
      <w:pPr>
        <w:spacing w:before="200" w:after="80" w:line="240" w:lineRule="auto"/>
      </w:pPr>
      <w:r>
        <w:rPr>
          <w:rFonts w:ascii="Segoe UI Emoji" w:eastAsia="Segoe UI Emoji" w:hAnsi="Segoe UI Emoji"/>
          <w:sz w:val="26"/>
        </w:rPr>
        <w:t>📅</w:t>
      </w:r>
      <w:r>
        <w:rPr>
          <w:b/>
          <w:sz w:val="25"/>
        </w:rPr>
        <w:t xml:space="preserve"> ПРОГРАММА</w:t>
      </w:r>
    </w:p>
    <w:tbl>
      <w:tblPr>
        <w:tblW w:w="5034" w:type="pct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4474"/>
        <w:gridCol w:w="5044"/>
      </w:tblGrid>
      <w:tr w:rsidR="00102322" w:rsidTr="00442D8D">
        <w:trPr>
          <w:tblHeader/>
          <w:jc w:val="center"/>
        </w:trPr>
        <w:tc>
          <w:tcPr>
            <w:tcW w:w="860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2F4F7"/>
            <w:tcMar>
              <w:top w:w="50" w:type="dxa"/>
              <w:left w:w="35" w:type="dxa"/>
              <w:bottom w:w="50" w:type="dxa"/>
              <w:right w:w="35" w:type="dxa"/>
            </w:tcMar>
          </w:tcPr>
          <w:p w:rsidR="00102322" w:rsidRDefault="004B012B">
            <w:pPr>
              <w:spacing w:after="0" w:line="240" w:lineRule="auto"/>
            </w:pPr>
            <w:proofErr w:type="spellStart"/>
            <w:r>
              <w:rPr>
                <w:b/>
              </w:rPr>
              <w:t>Время</w:t>
            </w:r>
            <w:proofErr w:type="spellEnd"/>
          </w:p>
        </w:tc>
        <w:tc>
          <w:tcPr>
            <w:tcW w:w="447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2F4F7"/>
            <w:tcMar>
              <w:top w:w="50" w:type="dxa"/>
              <w:left w:w="35" w:type="dxa"/>
              <w:bottom w:w="50" w:type="dxa"/>
              <w:right w:w="35" w:type="dxa"/>
            </w:tcMar>
          </w:tcPr>
          <w:p w:rsidR="00102322" w:rsidRDefault="004B012B">
            <w:pPr>
              <w:spacing w:after="0" w:line="240" w:lineRule="auto"/>
            </w:pPr>
            <w:r>
              <w:rPr>
                <w:b/>
              </w:rPr>
              <w:t>Содержание</w:t>
            </w:r>
          </w:p>
        </w:tc>
        <w:tc>
          <w:tcPr>
            <w:tcW w:w="504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2F4F7"/>
            <w:tcMar>
              <w:top w:w="50" w:type="dxa"/>
              <w:left w:w="35" w:type="dxa"/>
              <w:bottom w:w="50" w:type="dxa"/>
              <w:right w:w="35" w:type="dxa"/>
            </w:tcMar>
          </w:tcPr>
          <w:p w:rsidR="00102322" w:rsidRDefault="004B012B">
            <w:pPr>
              <w:spacing w:after="0" w:line="240" w:lineRule="auto"/>
            </w:pPr>
            <w:r>
              <w:rPr>
                <w:b/>
              </w:rPr>
              <w:t>Докладчик / Формат</w:t>
            </w:r>
          </w:p>
        </w:tc>
      </w:tr>
      <w:tr w:rsidR="00102322" w:rsidRPr="002B2BA9" w:rsidTr="00442D8D">
        <w:trPr>
          <w:cantSplit/>
          <w:jc w:val="center"/>
        </w:trPr>
        <w:tc>
          <w:tcPr>
            <w:tcW w:w="860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  <w:vAlign w:val="center"/>
          </w:tcPr>
          <w:p w:rsidR="00102322" w:rsidRPr="008E02C9" w:rsidRDefault="00917935" w:rsidP="008613E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13.00-13.20</w:t>
            </w:r>
          </w:p>
        </w:tc>
        <w:tc>
          <w:tcPr>
            <w:tcW w:w="447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102322" w:rsidRPr="0037290A" w:rsidRDefault="004B012B" w:rsidP="00917935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 w:rsidRPr="0037290A">
              <w:rPr>
                <w:b/>
                <w:sz w:val="24"/>
                <w:szCs w:val="24"/>
                <w:lang w:val="ru-RU"/>
              </w:rPr>
              <w:t>Регистрация участников конференции.</w:t>
            </w:r>
            <w:r w:rsidRPr="0037290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04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102322" w:rsidRPr="00F73BC9" w:rsidRDefault="004B012B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 w:rsidRPr="00F73BC9">
              <w:rPr>
                <w:sz w:val="24"/>
                <w:szCs w:val="24"/>
                <w:lang w:val="ru-RU"/>
              </w:rPr>
              <w:t xml:space="preserve">Формат: </w:t>
            </w:r>
            <w:r w:rsidR="00917935">
              <w:rPr>
                <w:sz w:val="24"/>
                <w:szCs w:val="24"/>
                <w:lang w:val="ru-RU"/>
              </w:rPr>
              <w:t xml:space="preserve">Сбор и </w:t>
            </w:r>
            <w:r w:rsidRPr="00F73BC9">
              <w:rPr>
                <w:sz w:val="24"/>
                <w:szCs w:val="24"/>
                <w:lang w:val="ru-RU"/>
              </w:rPr>
              <w:t>регистрация участников</w:t>
            </w:r>
          </w:p>
        </w:tc>
      </w:tr>
      <w:tr w:rsidR="00102322" w:rsidRPr="002B2BA9" w:rsidTr="00442D8D">
        <w:trPr>
          <w:cantSplit/>
          <w:trHeight w:val="3744"/>
          <w:jc w:val="center"/>
        </w:trPr>
        <w:tc>
          <w:tcPr>
            <w:tcW w:w="860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  <w:vAlign w:val="center"/>
          </w:tcPr>
          <w:p w:rsidR="00102322" w:rsidRPr="008E02C9" w:rsidRDefault="002B2BA9" w:rsidP="00A3779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13.20 – 13.50</w:t>
            </w:r>
          </w:p>
        </w:tc>
        <w:tc>
          <w:tcPr>
            <w:tcW w:w="447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102322" w:rsidRPr="0037290A" w:rsidRDefault="004B012B" w:rsidP="00442D8D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 w:rsidRPr="0037290A">
              <w:rPr>
                <w:b/>
                <w:sz w:val="24"/>
                <w:szCs w:val="24"/>
                <w:lang w:val="ru-RU"/>
              </w:rPr>
              <w:t>Пленарная часть заседания</w:t>
            </w:r>
            <w:r w:rsidRPr="0037290A">
              <w:rPr>
                <w:sz w:val="24"/>
                <w:szCs w:val="24"/>
                <w:lang w:val="ru-RU"/>
              </w:rPr>
              <w:br/>
              <w:t xml:space="preserve">Открытие конференции и обсуждение ключевых вопросов </w:t>
            </w:r>
            <w:r w:rsidR="00442D8D">
              <w:rPr>
                <w:sz w:val="24"/>
                <w:szCs w:val="24"/>
                <w:lang w:val="ru-RU"/>
              </w:rPr>
              <w:t>развития</w:t>
            </w:r>
            <w:r w:rsidR="00442D8D" w:rsidRPr="00442D8D">
              <w:rPr>
                <w:sz w:val="24"/>
                <w:szCs w:val="24"/>
                <w:lang w:val="ru-RU"/>
              </w:rPr>
              <w:t xml:space="preserve"> исторических городов и сел России</w:t>
            </w:r>
          </w:p>
        </w:tc>
        <w:tc>
          <w:tcPr>
            <w:tcW w:w="504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CA6716" w:rsidRDefault="004B012B" w:rsidP="004A66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  <w:r w:rsidRPr="0037290A">
              <w:rPr>
                <w:b/>
                <w:sz w:val="24"/>
                <w:szCs w:val="24"/>
                <w:lang w:val="ru-RU"/>
              </w:rPr>
              <w:t>Шамузафаров А</w:t>
            </w:r>
            <w:r w:rsidR="002C7688">
              <w:rPr>
                <w:b/>
                <w:sz w:val="24"/>
                <w:szCs w:val="24"/>
                <w:lang w:val="ru-RU"/>
              </w:rPr>
              <w:t xml:space="preserve">нвар </w:t>
            </w:r>
            <w:r w:rsidRPr="0037290A">
              <w:rPr>
                <w:b/>
                <w:sz w:val="24"/>
                <w:szCs w:val="24"/>
                <w:lang w:val="ru-RU"/>
              </w:rPr>
              <w:t>Ш</w:t>
            </w:r>
            <w:r w:rsidR="002C7688">
              <w:rPr>
                <w:b/>
                <w:sz w:val="24"/>
                <w:szCs w:val="24"/>
                <w:lang w:val="ru-RU"/>
              </w:rPr>
              <w:t>амухамедович</w:t>
            </w:r>
            <w:r w:rsidR="001B3B3F">
              <w:rPr>
                <w:sz w:val="24"/>
                <w:szCs w:val="24"/>
                <w:lang w:val="ru-RU"/>
              </w:rPr>
              <w:t>, президент НОПРИЗ;</w:t>
            </w:r>
          </w:p>
          <w:p w:rsidR="00C16A33" w:rsidRDefault="00C16A33" w:rsidP="004A66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53272F" w:rsidRDefault="0053272F" w:rsidP="004A66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По согласованию: </w:t>
            </w:r>
          </w:p>
          <w:p w:rsidR="0053272F" w:rsidRDefault="0053272F" w:rsidP="004A66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442D8D" w:rsidRDefault="00C16A33" w:rsidP="004A66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16A33">
              <w:rPr>
                <w:b/>
                <w:sz w:val="24"/>
                <w:szCs w:val="24"/>
                <w:lang w:val="ru-RU"/>
              </w:rPr>
              <w:t>Басин</w:t>
            </w:r>
            <w:proofErr w:type="spellEnd"/>
            <w:r w:rsidRPr="00C16A33">
              <w:rPr>
                <w:b/>
                <w:sz w:val="24"/>
                <w:szCs w:val="24"/>
                <w:lang w:val="ru-RU"/>
              </w:rPr>
              <w:t xml:space="preserve"> Ефим Владимирович, </w:t>
            </w:r>
            <w:r w:rsidRPr="00C16A33">
              <w:rPr>
                <w:sz w:val="24"/>
                <w:szCs w:val="24"/>
                <w:lang w:val="ru-RU"/>
              </w:rPr>
              <w:t>председатель Комитета ТПП РФ по предпринимательству в сфере строительства, руководитель Комиссии по вопросам профессионального образования и кадрового потенциала;</w:t>
            </w:r>
          </w:p>
          <w:p w:rsidR="00F73BC9" w:rsidRDefault="00F73BC9" w:rsidP="00F73BC9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F73BC9" w:rsidRPr="00BE7368" w:rsidRDefault="00F73BC9" w:rsidP="00F73BC9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 w:rsidRPr="00BE7368">
              <w:rPr>
                <w:b/>
                <w:sz w:val="24"/>
                <w:szCs w:val="24"/>
                <w:lang w:val="ru-RU"/>
              </w:rPr>
              <w:t>Посохин М</w:t>
            </w:r>
            <w:r>
              <w:rPr>
                <w:b/>
                <w:sz w:val="24"/>
                <w:szCs w:val="24"/>
                <w:lang w:val="ru-RU"/>
              </w:rPr>
              <w:t xml:space="preserve">ихаил </w:t>
            </w:r>
            <w:r w:rsidRPr="00BE7368">
              <w:rPr>
                <w:b/>
                <w:sz w:val="24"/>
                <w:szCs w:val="24"/>
                <w:lang w:val="ru-RU"/>
              </w:rPr>
              <w:t>М</w:t>
            </w:r>
            <w:r>
              <w:rPr>
                <w:b/>
                <w:sz w:val="24"/>
                <w:szCs w:val="24"/>
                <w:lang w:val="ru-RU"/>
              </w:rPr>
              <w:t>ихайлович</w:t>
            </w:r>
            <w:r w:rsidRPr="00BE7368">
              <w:rPr>
                <w:b/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почетный президент НОПРИЗ, председатель СПК НОПРИЗ, </w:t>
            </w:r>
            <w:r w:rsidR="002B2BA9">
              <w:rPr>
                <w:sz w:val="24"/>
                <w:szCs w:val="24"/>
                <w:lang w:val="ru-RU"/>
              </w:rPr>
              <w:t xml:space="preserve">председатель </w:t>
            </w:r>
            <w:r>
              <w:rPr>
                <w:sz w:val="24"/>
                <w:szCs w:val="24"/>
                <w:lang w:val="ru-RU"/>
              </w:rPr>
              <w:t xml:space="preserve">Комиссии </w:t>
            </w:r>
            <w:r w:rsidRPr="0053272F">
              <w:rPr>
                <w:sz w:val="24"/>
                <w:szCs w:val="24"/>
                <w:lang w:val="ru-RU"/>
              </w:rPr>
              <w:t xml:space="preserve">по вопросам урбанизма агломераций и малых городов </w:t>
            </w:r>
            <w:r>
              <w:rPr>
                <w:sz w:val="24"/>
                <w:szCs w:val="24"/>
                <w:lang w:val="ru-RU"/>
              </w:rPr>
              <w:t xml:space="preserve">Общественного совета при Минстрой России; </w:t>
            </w:r>
          </w:p>
          <w:p w:rsidR="00C16A33" w:rsidRDefault="00C16A33" w:rsidP="004A66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442D8D" w:rsidRDefault="00C16A33" w:rsidP="004A66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Шумаков Николай Иванович</w:t>
            </w:r>
            <w:r w:rsidR="00442D8D" w:rsidRPr="00442D8D">
              <w:rPr>
                <w:b/>
                <w:sz w:val="24"/>
                <w:szCs w:val="24"/>
                <w:lang w:val="ru-RU"/>
              </w:rPr>
              <w:t xml:space="preserve"> – </w:t>
            </w:r>
            <w:r w:rsidR="00442D8D" w:rsidRPr="00442D8D">
              <w:rPr>
                <w:sz w:val="24"/>
                <w:szCs w:val="24"/>
                <w:lang w:val="ru-RU"/>
              </w:rPr>
              <w:t>Прези</w:t>
            </w:r>
            <w:r w:rsidR="00442D8D">
              <w:rPr>
                <w:sz w:val="24"/>
                <w:szCs w:val="24"/>
                <w:lang w:val="ru-RU"/>
              </w:rPr>
              <w:t>дента Союза архитекторов России;</w:t>
            </w:r>
          </w:p>
          <w:p w:rsidR="00442D8D" w:rsidRDefault="00442D8D" w:rsidP="004A66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4A6691" w:rsidRPr="0037290A" w:rsidRDefault="004A6691" w:rsidP="00F73BC9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</w:p>
        </w:tc>
      </w:tr>
      <w:tr w:rsidR="00442D8D" w:rsidRPr="002B2BA9" w:rsidTr="00C16A33">
        <w:trPr>
          <w:cantSplit/>
          <w:trHeight w:val="2554"/>
          <w:jc w:val="center"/>
        </w:trPr>
        <w:tc>
          <w:tcPr>
            <w:tcW w:w="860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  <w:vAlign w:val="center"/>
          </w:tcPr>
          <w:p w:rsidR="00442D8D" w:rsidRPr="00442D8D" w:rsidRDefault="002B2BA9" w:rsidP="00A3779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13.50-14.10</w:t>
            </w:r>
          </w:p>
        </w:tc>
        <w:tc>
          <w:tcPr>
            <w:tcW w:w="447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442D8D" w:rsidRPr="0037290A" w:rsidRDefault="008E5F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  <w:r w:rsidRPr="008E5F91">
              <w:rPr>
                <w:b/>
                <w:sz w:val="24"/>
                <w:szCs w:val="24"/>
                <w:lang w:val="ru-RU"/>
              </w:rPr>
              <w:t>О подготовке предложений по разработке Генеральной схемы расселения и градостроительного развития на территории Российской Федерации.</w:t>
            </w:r>
          </w:p>
        </w:tc>
        <w:tc>
          <w:tcPr>
            <w:tcW w:w="504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F66597" w:rsidRDefault="00F66597" w:rsidP="00442D8D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442D8D" w:rsidRPr="00F66597" w:rsidRDefault="00442D8D" w:rsidP="00442D8D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 w:rsidRPr="00442D8D">
              <w:rPr>
                <w:b/>
                <w:sz w:val="24"/>
                <w:szCs w:val="24"/>
                <w:lang w:val="ru-RU"/>
              </w:rPr>
              <w:t xml:space="preserve">Кривов Александр Сергеевич – </w:t>
            </w:r>
            <w:r w:rsidRPr="00F66597">
              <w:rPr>
                <w:sz w:val="24"/>
                <w:szCs w:val="24"/>
                <w:lang w:val="ru-RU"/>
              </w:rPr>
              <w:t>президент АНО «Национальное градостроительное общество», научный руководитель ФГБУ «ЦНИИП Минстроя России»</w:t>
            </w:r>
          </w:p>
          <w:p w:rsidR="008E5F91" w:rsidRDefault="008E5F91" w:rsidP="008E5F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F66597" w:rsidRPr="008E5F91" w:rsidRDefault="00F66597" w:rsidP="008E5F91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8E5F91" w:rsidRPr="0037290A" w:rsidRDefault="008E5F91" w:rsidP="00F66597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</w:tc>
      </w:tr>
      <w:tr w:rsidR="00F66597" w:rsidRPr="002B2BA9" w:rsidTr="00C16A33">
        <w:trPr>
          <w:cantSplit/>
          <w:trHeight w:val="2381"/>
          <w:jc w:val="center"/>
        </w:trPr>
        <w:tc>
          <w:tcPr>
            <w:tcW w:w="860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  <w:vAlign w:val="center"/>
          </w:tcPr>
          <w:p w:rsidR="00F66597" w:rsidRPr="00442D8D" w:rsidRDefault="002B2BA9" w:rsidP="00A3779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14.10-14.30</w:t>
            </w:r>
          </w:p>
        </w:tc>
        <w:tc>
          <w:tcPr>
            <w:tcW w:w="447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F66597" w:rsidRPr="008E5F91" w:rsidRDefault="00BC14BF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b/>
                <w:sz w:val="24"/>
                <w:szCs w:val="24"/>
                <w:lang w:val="ru-RU"/>
              </w:rPr>
              <w:t xml:space="preserve">Об </w:t>
            </w:r>
            <w:r w:rsidR="00F66597">
              <w:rPr>
                <w:b/>
                <w:sz w:val="24"/>
                <w:szCs w:val="24"/>
                <w:lang w:val="ru-RU"/>
              </w:rPr>
              <w:t xml:space="preserve"> Антологии</w:t>
            </w:r>
            <w:proofErr w:type="gramEnd"/>
            <w:r w:rsidR="00F66597">
              <w:rPr>
                <w:b/>
                <w:sz w:val="24"/>
                <w:szCs w:val="24"/>
                <w:lang w:val="ru-RU"/>
              </w:rPr>
              <w:t xml:space="preserve"> «Исторические города и села России»</w:t>
            </w:r>
          </w:p>
        </w:tc>
        <w:tc>
          <w:tcPr>
            <w:tcW w:w="504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F66597" w:rsidRDefault="00F66597" w:rsidP="00442D8D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Шевченко Элеонора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Арсеновна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- </w:t>
            </w:r>
            <w:r w:rsidR="00BC14BF">
              <w:rPr>
                <w:sz w:val="24"/>
                <w:szCs w:val="24"/>
                <w:lang w:val="ru-RU"/>
              </w:rPr>
              <w:t>Советник Президента НОПРИЗ</w:t>
            </w:r>
          </w:p>
          <w:p w:rsidR="00BC14BF" w:rsidRDefault="00BC14BF" w:rsidP="00442D8D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</w:p>
          <w:p w:rsidR="00BC14BF" w:rsidRDefault="00BC14BF" w:rsidP="00442D8D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Содокладчик:</w:t>
            </w:r>
          </w:p>
          <w:p w:rsidR="00BC14BF" w:rsidRDefault="00BC14BF" w:rsidP="00BC14BF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C14BF">
              <w:rPr>
                <w:b/>
                <w:sz w:val="24"/>
                <w:szCs w:val="24"/>
                <w:lang w:val="ru-RU"/>
              </w:rPr>
              <w:t>Великанова</w:t>
            </w:r>
            <w:proofErr w:type="spellEnd"/>
            <w:r w:rsidRPr="00BC14BF">
              <w:rPr>
                <w:b/>
                <w:sz w:val="24"/>
                <w:szCs w:val="24"/>
                <w:lang w:val="ru-RU"/>
              </w:rPr>
              <w:t xml:space="preserve"> Марина Дмитриевна</w:t>
            </w:r>
            <w:r>
              <w:rPr>
                <w:sz w:val="24"/>
                <w:szCs w:val="24"/>
                <w:lang w:val="ru-RU"/>
              </w:rPr>
              <w:t>, директор Департамента по работе с Комитетами и ведению целевых программ НОПРИЗ.</w:t>
            </w:r>
          </w:p>
        </w:tc>
      </w:tr>
      <w:tr w:rsidR="006E6EC7" w:rsidRPr="002B2BA9" w:rsidTr="00442D8D">
        <w:trPr>
          <w:cantSplit/>
          <w:trHeight w:val="3744"/>
          <w:jc w:val="center"/>
        </w:trPr>
        <w:tc>
          <w:tcPr>
            <w:tcW w:w="860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  <w:vAlign w:val="center"/>
          </w:tcPr>
          <w:p w:rsidR="006E6EC7" w:rsidRPr="00442D8D" w:rsidRDefault="009607FC" w:rsidP="00A3779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14.30 – 15.00</w:t>
            </w:r>
            <w:r w:rsidR="008E02C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47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6E6EC7" w:rsidRDefault="00C16A33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Презентация проектов школьников и студентов </w:t>
            </w:r>
            <w:r w:rsidR="008E02C9">
              <w:rPr>
                <w:b/>
                <w:sz w:val="24"/>
                <w:szCs w:val="24"/>
                <w:lang w:val="ru-RU"/>
              </w:rPr>
              <w:t xml:space="preserve">посвящённых развитию исторических городов, поселений и объектов культурного значения. </w:t>
            </w:r>
          </w:p>
          <w:p w:rsidR="00BC14BF" w:rsidRPr="008C1EE0" w:rsidRDefault="00BC14BF">
            <w:pPr>
              <w:spacing w:after="0" w:line="252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4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2B2BA9" w:rsidRPr="009607FC" w:rsidRDefault="002B2BA9" w:rsidP="002B2BA9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Алексей Олегович </w:t>
            </w:r>
            <w:proofErr w:type="spellStart"/>
            <w:r>
              <w:rPr>
                <w:b/>
                <w:sz w:val="24"/>
                <w:szCs w:val="24"/>
                <w:lang w:val="ru-RU"/>
              </w:rPr>
              <w:t>Комов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—</w:t>
            </w:r>
            <w:r w:rsidRPr="009607FC">
              <w:rPr>
                <w:sz w:val="24"/>
                <w:szCs w:val="24"/>
                <w:lang w:val="ru-RU"/>
              </w:rPr>
              <w:t>архитектор, вице-президент Союза архитекторов России</w:t>
            </w:r>
            <w:r w:rsidR="009607FC" w:rsidRPr="009607FC">
              <w:rPr>
                <w:sz w:val="24"/>
                <w:szCs w:val="24"/>
                <w:lang w:val="ru-RU"/>
              </w:rPr>
              <w:t xml:space="preserve">, </w:t>
            </w:r>
          </w:p>
          <w:p w:rsidR="002B2BA9" w:rsidRPr="009607FC" w:rsidRDefault="009607FC" w:rsidP="002B2BA9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 w:rsidRPr="009607FC">
              <w:rPr>
                <w:sz w:val="24"/>
                <w:szCs w:val="24"/>
                <w:lang w:val="ru-RU"/>
              </w:rPr>
              <w:t>генеральный директор ООО «</w:t>
            </w:r>
            <w:proofErr w:type="spellStart"/>
            <w:proofErr w:type="gramStart"/>
            <w:r w:rsidRPr="009607FC">
              <w:rPr>
                <w:sz w:val="24"/>
                <w:szCs w:val="24"/>
                <w:lang w:val="ru-RU"/>
              </w:rPr>
              <w:t>Комов</w:t>
            </w:r>
            <w:proofErr w:type="spellEnd"/>
            <w:proofErr w:type="gramEnd"/>
            <w:r w:rsidRPr="009607FC">
              <w:rPr>
                <w:sz w:val="24"/>
                <w:szCs w:val="24"/>
                <w:lang w:val="ru-RU"/>
              </w:rPr>
              <w:t xml:space="preserve"> и Партнеры»;</w:t>
            </w:r>
          </w:p>
          <w:p w:rsidR="009607FC" w:rsidRDefault="009607FC" w:rsidP="002B2BA9">
            <w:pPr>
              <w:spacing w:after="0" w:line="252" w:lineRule="auto"/>
              <w:rPr>
                <w:b/>
                <w:sz w:val="24"/>
                <w:szCs w:val="24"/>
                <w:lang w:val="ru-RU"/>
              </w:rPr>
            </w:pPr>
          </w:p>
          <w:p w:rsidR="006E6EC7" w:rsidRDefault="002B2BA9" w:rsidP="002B2BA9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Голованов Андрей Николаевич,</w:t>
            </w:r>
            <w:r w:rsidRPr="002B2BA9">
              <w:rPr>
                <w:sz w:val="24"/>
                <w:szCs w:val="24"/>
                <w:lang w:val="ru-RU"/>
              </w:rPr>
              <w:t xml:space="preserve"> архитектор, преподаватель архитектурно-художественного проектирования детской школы искусств «СТАРТ»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2B2BA9" w:rsidRDefault="002B2BA9" w:rsidP="002B2BA9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</w:p>
          <w:p w:rsidR="002B2BA9" w:rsidRDefault="00BC14BF" w:rsidP="002B2BA9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Содокладчик:</w:t>
            </w:r>
          </w:p>
          <w:p w:rsidR="00BC14BF" w:rsidRPr="00BC14BF" w:rsidRDefault="00BC14BF" w:rsidP="002B2BA9">
            <w:pPr>
              <w:spacing w:after="0" w:line="252" w:lineRule="auto"/>
              <w:rPr>
                <w:sz w:val="24"/>
                <w:szCs w:val="24"/>
                <w:lang w:val="ru-RU"/>
              </w:rPr>
            </w:pPr>
            <w:r w:rsidRPr="00BC14BF">
              <w:rPr>
                <w:b/>
                <w:sz w:val="24"/>
                <w:szCs w:val="24"/>
                <w:lang w:val="ru-RU"/>
              </w:rPr>
              <w:t>Прокопьева Надежда Александровна</w:t>
            </w:r>
            <w:r>
              <w:rPr>
                <w:sz w:val="24"/>
                <w:szCs w:val="24"/>
                <w:lang w:val="ru-RU"/>
              </w:rPr>
              <w:t>, заместитель руководителя Аппарата НОПРИЗ</w:t>
            </w:r>
          </w:p>
        </w:tc>
      </w:tr>
      <w:tr w:rsidR="00102322" w:rsidRPr="0037290A" w:rsidTr="00442D8D">
        <w:trPr>
          <w:cantSplit/>
          <w:jc w:val="center"/>
        </w:trPr>
        <w:tc>
          <w:tcPr>
            <w:tcW w:w="860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  <w:vAlign w:val="center"/>
          </w:tcPr>
          <w:p w:rsidR="00102322" w:rsidRPr="008E02C9" w:rsidRDefault="009607FC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15.00- 15.20</w:t>
            </w:r>
          </w:p>
        </w:tc>
        <w:tc>
          <w:tcPr>
            <w:tcW w:w="447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102322" w:rsidRPr="0037290A" w:rsidRDefault="004B012B">
            <w:pPr>
              <w:spacing w:after="0" w:line="252" w:lineRule="auto"/>
              <w:rPr>
                <w:sz w:val="24"/>
                <w:szCs w:val="24"/>
              </w:rPr>
            </w:pPr>
            <w:proofErr w:type="spellStart"/>
            <w:r w:rsidRPr="0037290A">
              <w:rPr>
                <w:b/>
                <w:sz w:val="24"/>
                <w:szCs w:val="24"/>
              </w:rPr>
              <w:t>Дискуссия</w:t>
            </w:r>
            <w:proofErr w:type="spellEnd"/>
            <w:r w:rsidRPr="0037290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37290A">
              <w:rPr>
                <w:b/>
                <w:sz w:val="24"/>
                <w:szCs w:val="24"/>
              </w:rPr>
              <w:t>подведение</w:t>
            </w:r>
            <w:proofErr w:type="spellEnd"/>
            <w:r w:rsidRPr="0037290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290A">
              <w:rPr>
                <w:b/>
                <w:sz w:val="24"/>
                <w:szCs w:val="24"/>
              </w:rPr>
              <w:t>итогов</w:t>
            </w:r>
            <w:proofErr w:type="spellEnd"/>
            <w:r w:rsidRPr="0037290A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044" w:type="dxa"/>
            <w:tcBorders>
              <w:top w:val="single" w:sz="4" w:space="0" w:color="D9DDE3"/>
              <w:left w:val="single" w:sz="4" w:space="0" w:color="D9DDE3"/>
              <w:bottom w:val="single" w:sz="4" w:space="0" w:color="D9DDE3"/>
              <w:right w:val="single" w:sz="4" w:space="0" w:color="D9DDE3"/>
            </w:tcBorders>
            <w:shd w:val="clear" w:color="auto" w:fill="FFFFFF"/>
            <w:tcMar>
              <w:top w:w="52" w:type="dxa"/>
              <w:left w:w="35" w:type="dxa"/>
              <w:bottom w:w="52" w:type="dxa"/>
              <w:right w:w="35" w:type="dxa"/>
            </w:tcMar>
          </w:tcPr>
          <w:p w:rsidR="00102322" w:rsidRPr="0037290A" w:rsidRDefault="004B012B">
            <w:pPr>
              <w:spacing w:after="0" w:line="252" w:lineRule="auto"/>
              <w:rPr>
                <w:sz w:val="24"/>
                <w:szCs w:val="24"/>
              </w:rPr>
            </w:pPr>
            <w:r w:rsidRPr="0037290A">
              <w:rPr>
                <w:sz w:val="24"/>
                <w:szCs w:val="24"/>
              </w:rPr>
              <w:t>Все участники конференции</w:t>
            </w:r>
          </w:p>
        </w:tc>
      </w:tr>
    </w:tbl>
    <w:p w:rsidR="00102322" w:rsidRPr="00B82C73" w:rsidRDefault="00102322">
      <w:pPr>
        <w:pBdr>
          <w:bottom w:val="single" w:sz="12" w:space="1" w:color="9E9E9E"/>
        </w:pBdr>
        <w:spacing w:before="80" w:after="160" w:line="240" w:lineRule="auto"/>
        <w:rPr>
          <w:lang w:val="ru-RU"/>
        </w:rPr>
      </w:pPr>
    </w:p>
    <w:p w:rsidR="00102322" w:rsidRPr="00B82C73" w:rsidRDefault="004B012B">
      <w:pPr>
        <w:spacing w:before="120" w:after="80" w:line="240" w:lineRule="auto"/>
        <w:rPr>
          <w:lang w:val="ru-RU"/>
        </w:rPr>
      </w:pPr>
      <w:r w:rsidRPr="00B82C73">
        <w:rPr>
          <w:rFonts w:ascii="Segoe UI Emoji" w:eastAsia="Segoe UI Emoji" w:hAnsi="Segoe UI Emoji"/>
          <w:sz w:val="26"/>
          <w:lang w:val="ru-RU"/>
        </w:rPr>
        <w:t>ℹ</w:t>
      </w:r>
      <w:r>
        <w:rPr>
          <w:rFonts w:ascii="Segoe UI Emoji" w:eastAsia="Segoe UI Emoji" w:hAnsi="Segoe UI Emoji"/>
          <w:sz w:val="26"/>
        </w:rPr>
        <w:t>️</w:t>
      </w:r>
      <w:r w:rsidRPr="00B82C73">
        <w:rPr>
          <w:b/>
          <w:sz w:val="25"/>
          <w:lang w:val="ru-RU"/>
        </w:rPr>
        <w:t xml:space="preserve"> ПРИМЕЧАНИЕ</w:t>
      </w:r>
    </w:p>
    <w:p w:rsidR="00102322" w:rsidRPr="00B82C73" w:rsidRDefault="004B012B">
      <w:pPr>
        <w:spacing w:after="0" w:line="259" w:lineRule="auto"/>
        <w:rPr>
          <w:lang w:val="ru-RU"/>
        </w:rPr>
      </w:pPr>
      <w:r w:rsidRPr="00B82C73">
        <w:rPr>
          <w:i/>
          <w:lang w:val="ru-RU"/>
        </w:rPr>
        <w:t>В программе конференции возможны изменения.</w:t>
      </w:r>
    </w:p>
    <w:sectPr w:rsidR="00102322" w:rsidRPr="00B82C73" w:rsidSect="008A64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79" w:right="879" w:bottom="879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3B3" w:rsidRDefault="000933B3">
      <w:pPr>
        <w:spacing w:after="0" w:line="240" w:lineRule="auto"/>
      </w:pPr>
      <w:r>
        <w:separator/>
      </w:r>
    </w:p>
  </w:endnote>
  <w:endnote w:type="continuationSeparator" w:id="0">
    <w:p w:rsidR="000933B3" w:rsidRDefault="0009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BC9" w:rsidRDefault="00F73BC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322" w:rsidRPr="00F73BC9" w:rsidRDefault="004B012B" w:rsidP="00F73BC9">
    <w:pPr>
      <w:pStyle w:val="a7"/>
      <w:jc w:val="center"/>
      <w:rPr>
        <w:color w:val="555555"/>
        <w:sz w:val="17"/>
      </w:rPr>
    </w:pPr>
    <w:proofErr w:type="spellStart"/>
    <w:r>
      <w:rPr>
        <w:color w:val="555555"/>
        <w:sz w:val="17"/>
      </w:rPr>
      <w:t>П</w:t>
    </w:r>
    <w:r w:rsidR="00F73BC9">
      <w:rPr>
        <w:color w:val="555555"/>
        <w:sz w:val="17"/>
      </w:rPr>
      <w:t>роект</w:t>
    </w:r>
    <w:proofErr w:type="spellEnd"/>
    <w:r w:rsidR="00F73BC9">
      <w:rPr>
        <w:color w:val="555555"/>
        <w:sz w:val="17"/>
      </w:rPr>
      <w:t xml:space="preserve"> </w:t>
    </w:r>
    <w:proofErr w:type="spellStart"/>
    <w:r w:rsidR="00F73BC9">
      <w:rPr>
        <w:color w:val="555555"/>
        <w:sz w:val="17"/>
      </w:rPr>
      <w:t>программы</w:t>
    </w:r>
    <w:proofErr w:type="spellEnd"/>
    <w:r w:rsidR="00F73BC9">
      <w:rPr>
        <w:color w:val="555555"/>
        <w:sz w:val="17"/>
      </w:rPr>
      <w:t xml:space="preserve"> </w:t>
    </w:r>
    <w:proofErr w:type="spellStart"/>
    <w:r w:rsidR="00F73BC9">
      <w:rPr>
        <w:color w:val="555555"/>
        <w:sz w:val="17"/>
      </w:rPr>
      <w:t>конференции</w:t>
    </w:r>
    <w:proofErr w:type="spellEnd"/>
    <w:r w:rsidR="00F73BC9">
      <w:rPr>
        <w:color w:val="555555"/>
        <w:sz w:val="17"/>
      </w:rPr>
      <w:t xml:space="preserve"> | 31</w:t>
    </w:r>
    <w:r>
      <w:rPr>
        <w:color w:val="555555"/>
        <w:sz w:val="17"/>
      </w:rPr>
      <w:t xml:space="preserve"> июля 2026 года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BC9" w:rsidRDefault="00F73B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3B3" w:rsidRDefault="000933B3">
      <w:pPr>
        <w:spacing w:after="0" w:line="240" w:lineRule="auto"/>
      </w:pPr>
      <w:r>
        <w:separator/>
      </w:r>
    </w:p>
  </w:footnote>
  <w:footnote w:type="continuationSeparator" w:id="0">
    <w:p w:rsidR="000933B3" w:rsidRDefault="00093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BC9" w:rsidRDefault="00F73BC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BC9" w:rsidRDefault="00F73BC9" w:rsidP="00F73BC9">
    <w:pPr>
      <w:pStyle w:val="a5"/>
      <w:tabs>
        <w:tab w:val="right" w:pos="142"/>
        <w:tab w:val="left" w:pos="7349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BC9" w:rsidRDefault="00F73B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933B3"/>
    <w:rsid w:val="00097346"/>
    <w:rsid w:val="000C40C6"/>
    <w:rsid w:val="00102322"/>
    <w:rsid w:val="001373FE"/>
    <w:rsid w:val="0015074B"/>
    <w:rsid w:val="001B3B3F"/>
    <w:rsid w:val="001D45AA"/>
    <w:rsid w:val="001E5F4C"/>
    <w:rsid w:val="0029639D"/>
    <w:rsid w:val="002A1ADC"/>
    <w:rsid w:val="002B2BA9"/>
    <w:rsid w:val="002C7688"/>
    <w:rsid w:val="00326F90"/>
    <w:rsid w:val="003530BC"/>
    <w:rsid w:val="00357AF9"/>
    <w:rsid w:val="00370F67"/>
    <w:rsid w:val="0037290A"/>
    <w:rsid w:val="00375210"/>
    <w:rsid w:val="00410DA1"/>
    <w:rsid w:val="00442D8D"/>
    <w:rsid w:val="004A6691"/>
    <w:rsid w:val="004B012B"/>
    <w:rsid w:val="004B7DAD"/>
    <w:rsid w:val="004F7EA9"/>
    <w:rsid w:val="00527455"/>
    <w:rsid w:val="0053272F"/>
    <w:rsid w:val="005535EA"/>
    <w:rsid w:val="005562AE"/>
    <w:rsid w:val="005A1288"/>
    <w:rsid w:val="00630F9A"/>
    <w:rsid w:val="006B21F8"/>
    <w:rsid w:val="006E6EC7"/>
    <w:rsid w:val="00742382"/>
    <w:rsid w:val="00790D81"/>
    <w:rsid w:val="007B479A"/>
    <w:rsid w:val="00840172"/>
    <w:rsid w:val="008613EB"/>
    <w:rsid w:val="008A6426"/>
    <w:rsid w:val="008B5E0A"/>
    <w:rsid w:val="008C1EE0"/>
    <w:rsid w:val="008E02C9"/>
    <w:rsid w:val="008E5F91"/>
    <w:rsid w:val="009014FD"/>
    <w:rsid w:val="00917935"/>
    <w:rsid w:val="009334D7"/>
    <w:rsid w:val="009503C9"/>
    <w:rsid w:val="009607FC"/>
    <w:rsid w:val="00A3779E"/>
    <w:rsid w:val="00A872DE"/>
    <w:rsid w:val="00A9674E"/>
    <w:rsid w:val="00AA1D8D"/>
    <w:rsid w:val="00AD30FB"/>
    <w:rsid w:val="00B07EE9"/>
    <w:rsid w:val="00B47730"/>
    <w:rsid w:val="00B82C73"/>
    <w:rsid w:val="00BC14BF"/>
    <w:rsid w:val="00BE7368"/>
    <w:rsid w:val="00C00877"/>
    <w:rsid w:val="00C16A33"/>
    <w:rsid w:val="00C47CEE"/>
    <w:rsid w:val="00CA6716"/>
    <w:rsid w:val="00CB0664"/>
    <w:rsid w:val="00CE58B4"/>
    <w:rsid w:val="00D94FBD"/>
    <w:rsid w:val="00DA2713"/>
    <w:rsid w:val="00DB0FCB"/>
    <w:rsid w:val="00E509FE"/>
    <w:rsid w:val="00E9095D"/>
    <w:rsid w:val="00EE2660"/>
    <w:rsid w:val="00F41451"/>
    <w:rsid w:val="00F66597"/>
    <w:rsid w:val="00F73BC9"/>
    <w:rsid w:val="00F7651C"/>
    <w:rsid w:val="00F85F0C"/>
    <w:rsid w:val="00F906D4"/>
    <w:rsid w:val="00FC3E6B"/>
    <w:rsid w:val="00FC693F"/>
    <w:rsid w:val="00FE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0C3CD9E-56E1-48F6-8E5D-5FC84EC1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color w:val="11111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D94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94FBD"/>
    <w:rPr>
      <w:rFonts w:ascii="Segoe UI" w:eastAsia="Times New Roman" w:hAnsi="Segoe UI" w:cs="Segoe UI"/>
      <w:color w:val="11111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F6D3D0-4651-486E-9F8A-E56D02C3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Надежда А. Прокопьева</cp:lastModifiedBy>
  <cp:revision>2</cp:revision>
  <cp:lastPrinted>2026-07-31T06:49:00Z</cp:lastPrinted>
  <dcterms:created xsi:type="dcterms:W3CDTF">2026-07-31T09:03:00Z</dcterms:created>
  <dcterms:modified xsi:type="dcterms:W3CDTF">2026-07-31T09:03:00Z</dcterms:modified>
  <cp:category/>
</cp:coreProperties>
</file>